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255" w:rsidRPr="00F23F42" w:rsidRDefault="00BF740E">
      <w:pPr>
        <w:jc w:val="center"/>
        <w:rPr>
          <w:lang w:val="ru-RU"/>
        </w:rPr>
      </w:pPr>
      <w:r w:rsidRPr="00F23F42">
        <w:rPr>
          <w:b/>
          <w:sz w:val="24"/>
          <w:lang w:val="ru-RU"/>
        </w:rPr>
        <w:t>ДОГОВОР № ______</w:t>
      </w:r>
    </w:p>
    <w:p w:rsidR="00103255" w:rsidRPr="00F23F42" w:rsidRDefault="00BF740E">
      <w:pPr>
        <w:jc w:val="center"/>
        <w:rPr>
          <w:lang w:val="ru-RU"/>
        </w:rPr>
      </w:pPr>
      <w:r w:rsidRPr="00F23F42">
        <w:rPr>
          <w:b/>
          <w:sz w:val="24"/>
          <w:lang w:val="ru-RU"/>
        </w:rPr>
        <w:t>на оказание платных медицинских (стоматологических) услуг</w:t>
      </w:r>
    </w:p>
    <w:p w:rsidR="00103255" w:rsidRPr="008A4D8A" w:rsidRDefault="00BF740E">
      <w:pPr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 xml:space="preserve">г. Красноярск                                      </w:t>
      </w:r>
      <w:r w:rsidR="007C411C" w:rsidRPr="008A4D8A">
        <w:rPr>
          <w:sz w:val="24"/>
          <w:szCs w:val="24"/>
          <w:lang w:val="ru-RU"/>
        </w:rPr>
        <w:t xml:space="preserve">                                                                               </w:t>
      </w:r>
      <w:r w:rsidRPr="008A4D8A">
        <w:rPr>
          <w:sz w:val="24"/>
          <w:szCs w:val="24"/>
          <w:lang w:val="ru-RU"/>
        </w:rPr>
        <w:t xml:space="preserve">        «___» __________ 20__ г.</w:t>
      </w:r>
    </w:p>
    <w:p w:rsidR="00103255" w:rsidRPr="008F4457" w:rsidRDefault="00BF740E" w:rsidP="007C411C">
      <w:pPr>
        <w:jc w:val="both"/>
        <w:rPr>
          <w:sz w:val="22"/>
          <w:lang w:val="ru-RU"/>
        </w:rPr>
      </w:pPr>
      <w:r w:rsidRPr="008F4457">
        <w:rPr>
          <w:sz w:val="22"/>
          <w:lang w:val="ru-RU"/>
        </w:rPr>
        <w:t>Общество с ограниченной ответственностью «СТОМАЛЮКС», ОГРН 1022401804523, ИНН/КПП 2460031040/246001001, место нахождения: 660028, Российская Федерация, Красноярский край, г. Красноярск, ул. Ладо Кецховели, д. 40, помещение 3, осуществляющее медицинскую деятельность на основании лицензии № Л041-01019-24/00327114 от 19.06.2015, в лице директора Худоноговой Валентины Васильевны, действующей на основании Устава, именуемое в дальнейшем «Исполнитель», с одной стороны, и</w:t>
      </w:r>
    </w:p>
    <w:p w:rsidR="00103255" w:rsidRPr="00F23F42" w:rsidRDefault="00BF740E">
      <w:pPr>
        <w:rPr>
          <w:lang w:val="ru-RU"/>
        </w:rPr>
      </w:pPr>
      <w:r w:rsidRPr="00921633">
        <w:rPr>
          <w:b/>
          <w:bCs/>
          <w:sz w:val="24"/>
          <w:szCs w:val="24"/>
          <w:lang w:val="ru-RU"/>
        </w:rPr>
        <w:t>Потребитель</w:t>
      </w:r>
      <w:r w:rsidRPr="008A4D8A">
        <w:rPr>
          <w:sz w:val="24"/>
          <w:szCs w:val="24"/>
          <w:lang w:val="ru-RU"/>
        </w:rPr>
        <w:t>:</w:t>
      </w:r>
      <w:r w:rsidRPr="00F23F42">
        <w:rPr>
          <w:lang w:val="ru-RU"/>
        </w:rPr>
        <w:t xml:space="preserve"> ______________________________________________________________________</w:t>
      </w:r>
      <w:r w:rsidR="00921633">
        <w:rPr>
          <w:lang w:val="ru-RU"/>
        </w:rPr>
        <w:t>_____________</w:t>
      </w:r>
      <w:r w:rsidRPr="00F23F42">
        <w:rPr>
          <w:lang w:val="ru-RU"/>
        </w:rPr>
        <w:br/>
        <w:t>Ф.И.О., дата рождения</w:t>
      </w:r>
      <w:r w:rsidRPr="00F23F42">
        <w:rPr>
          <w:lang w:val="ru-RU"/>
        </w:rPr>
        <w:br/>
        <w:t>Документ, удостоверяющий личность: _________________________________________________</w:t>
      </w:r>
      <w:r w:rsidR="00921633">
        <w:rPr>
          <w:lang w:val="ru-RU"/>
        </w:rPr>
        <w:t>_______________</w:t>
      </w:r>
      <w:r w:rsidRPr="00F23F42">
        <w:rPr>
          <w:lang w:val="ru-RU"/>
        </w:rPr>
        <w:br/>
        <w:t>Адрес места жительства: ____________________________________________________________</w:t>
      </w:r>
      <w:r w:rsidR="00921633">
        <w:rPr>
          <w:lang w:val="ru-RU"/>
        </w:rPr>
        <w:t>________________</w:t>
      </w:r>
      <w:r w:rsidRPr="00F23F42">
        <w:rPr>
          <w:lang w:val="ru-RU"/>
        </w:rPr>
        <w:br/>
        <w:t xml:space="preserve">Телефон: __________________________  </w:t>
      </w:r>
      <w:r>
        <w:t>E</w:t>
      </w:r>
      <w:r w:rsidRPr="00F23F42">
        <w:rPr>
          <w:lang w:val="ru-RU"/>
        </w:rPr>
        <w:t>-</w:t>
      </w:r>
      <w:r>
        <w:t>mail</w:t>
      </w:r>
      <w:r w:rsidRPr="00F23F42">
        <w:rPr>
          <w:lang w:val="ru-RU"/>
        </w:rPr>
        <w:t>: ______________________________________</w:t>
      </w:r>
      <w:r w:rsidR="00921633">
        <w:rPr>
          <w:lang w:val="ru-RU"/>
        </w:rPr>
        <w:t>__________________</w:t>
      </w:r>
    </w:p>
    <w:p w:rsidR="00103255" w:rsidRPr="00F23F42" w:rsidRDefault="00BF740E">
      <w:pPr>
        <w:rPr>
          <w:lang w:val="ru-RU"/>
        </w:rPr>
      </w:pPr>
      <w:r w:rsidRPr="00921633">
        <w:rPr>
          <w:b/>
          <w:bCs/>
          <w:sz w:val="24"/>
          <w:szCs w:val="24"/>
          <w:lang w:val="ru-RU"/>
        </w:rPr>
        <w:t>Законный представитель</w:t>
      </w:r>
      <w:r w:rsidRPr="008A4D8A">
        <w:rPr>
          <w:sz w:val="24"/>
          <w:szCs w:val="24"/>
          <w:lang w:val="ru-RU"/>
        </w:rPr>
        <w:t xml:space="preserve"> / представитель (при наличии</w:t>
      </w:r>
      <w:r w:rsidRPr="00F23F42">
        <w:rPr>
          <w:lang w:val="ru-RU"/>
        </w:rPr>
        <w:t>): ______________________________</w:t>
      </w:r>
      <w:r w:rsidR="00921633">
        <w:rPr>
          <w:lang w:val="ru-RU"/>
        </w:rPr>
        <w:t>__________</w:t>
      </w:r>
      <w:r w:rsidRPr="00F23F42">
        <w:rPr>
          <w:lang w:val="ru-RU"/>
        </w:rPr>
        <w:br/>
        <w:t>Основание полномочий: ______________________________________________________________</w:t>
      </w:r>
      <w:r w:rsidR="00921633">
        <w:rPr>
          <w:lang w:val="ru-RU"/>
        </w:rPr>
        <w:t>______________</w:t>
      </w:r>
      <w:r w:rsidRPr="00F23F42">
        <w:rPr>
          <w:lang w:val="ru-RU"/>
        </w:rPr>
        <w:br/>
        <w:t>Документ: _________________________________________________________________________</w:t>
      </w:r>
      <w:r w:rsidR="00921633">
        <w:rPr>
          <w:lang w:val="ru-RU"/>
        </w:rPr>
        <w:t>_______________</w:t>
      </w:r>
    </w:p>
    <w:p w:rsidR="00103255" w:rsidRPr="00F23F42" w:rsidRDefault="00BF740E">
      <w:pPr>
        <w:rPr>
          <w:lang w:val="ru-RU"/>
        </w:rPr>
      </w:pPr>
      <w:r w:rsidRPr="00921633">
        <w:rPr>
          <w:b/>
          <w:bCs/>
          <w:sz w:val="24"/>
          <w:szCs w:val="24"/>
          <w:lang w:val="ru-RU"/>
        </w:rPr>
        <w:t>Заказчик (</w:t>
      </w:r>
      <w:r w:rsidRPr="008A4D8A">
        <w:rPr>
          <w:sz w:val="24"/>
          <w:szCs w:val="24"/>
          <w:lang w:val="ru-RU"/>
        </w:rPr>
        <w:t>если отличается от Потребителя):</w:t>
      </w:r>
      <w:r w:rsidRPr="00F23F42">
        <w:rPr>
          <w:lang w:val="ru-RU"/>
        </w:rPr>
        <w:t xml:space="preserve"> _______________________________________</w:t>
      </w:r>
      <w:r w:rsidR="00921633">
        <w:rPr>
          <w:lang w:val="ru-RU"/>
        </w:rPr>
        <w:t>_______________</w:t>
      </w:r>
      <w:r w:rsidRPr="00F23F42">
        <w:rPr>
          <w:lang w:val="ru-RU"/>
        </w:rPr>
        <w:br/>
        <w:t>Адрес/реквизиты: ________________________________________________________________</w:t>
      </w:r>
      <w:r w:rsidR="00921633">
        <w:rPr>
          <w:lang w:val="ru-RU"/>
        </w:rPr>
        <w:t>_________________</w:t>
      </w:r>
      <w:r w:rsidRPr="00F23F42">
        <w:rPr>
          <w:lang w:val="ru-RU"/>
        </w:rPr>
        <w:t>_</w:t>
      </w:r>
    </w:p>
    <w:p w:rsidR="00103255" w:rsidRDefault="00BF740E" w:rsidP="0052026E">
      <w:pPr>
        <w:spacing w:after="0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совместно именуемые «Стороны», заключили настоящий Договор:</w:t>
      </w:r>
    </w:p>
    <w:p w:rsidR="00FF3559" w:rsidRPr="008A4D8A" w:rsidRDefault="00FF3559" w:rsidP="0052026E">
      <w:pPr>
        <w:spacing w:after="0"/>
        <w:rPr>
          <w:sz w:val="24"/>
          <w:szCs w:val="24"/>
          <w:lang w:val="ru-RU"/>
        </w:rPr>
      </w:pPr>
    </w:p>
    <w:p w:rsidR="00103255" w:rsidRPr="00FF3559" w:rsidRDefault="0052026E" w:rsidP="0052026E">
      <w:pPr>
        <w:pStyle w:val="1"/>
        <w:spacing w:before="0"/>
        <w:rPr>
          <w:sz w:val="28"/>
          <w:lang w:val="ru-RU"/>
        </w:rPr>
      </w:pPr>
      <w:r w:rsidRPr="00FF3559">
        <w:rPr>
          <w:sz w:val="28"/>
          <w:lang w:val="ru-RU"/>
        </w:rPr>
        <w:t>1.</w:t>
      </w:r>
      <w:r w:rsidR="00BF740E" w:rsidRPr="00FF3559">
        <w:rPr>
          <w:sz w:val="28"/>
          <w:lang w:val="ru-RU"/>
        </w:rPr>
        <w:t xml:space="preserve">Предмет </w:t>
      </w:r>
      <w:r w:rsidR="00FF3559">
        <w:rPr>
          <w:sz w:val="28"/>
          <w:lang w:val="ru-RU"/>
        </w:rPr>
        <w:t>Д</w:t>
      </w:r>
      <w:r w:rsidR="00BF740E" w:rsidRPr="00FF3559">
        <w:rPr>
          <w:sz w:val="28"/>
          <w:lang w:val="ru-RU"/>
        </w:rPr>
        <w:t>оговора и общие положения</w:t>
      </w:r>
    </w:p>
    <w:p w:rsidR="00B8594D" w:rsidRPr="0052026E" w:rsidRDefault="00B8594D" w:rsidP="00CD1EB7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1.1. Основанием для предоставления платных медицинских услуг является добровольное желание Пациента получить медицинские услуги за плату.</w:t>
      </w:r>
    </w:p>
    <w:p w:rsidR="001F4C80" w:rsidRPr="0052026E" w:rsidRDefault="00BF740E" w:rsidP="001F4C80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1.</w:t>
      </w:r>
      <w:r w:rsidR="00DB5783" w:rsidRPr="0052026E">
        <w:rPr>
          <w:sz w:val="24"/>
          <w:szCs w:val="24"/>
          <w:lang w:val="ru-RU"/>
        </w:rPr>
        <w:t>2</w:t>
      </w:r>
      <w:r w:rsidRPr="0052026E">
        <w:rPr>
          <w:sz w:val="24"/>
          <w:szCs w:val="24"/>
          <w:lang w:val="ru-RU"/>
        </w:rPr>
        <w:t xml:space="preserve">. </w:t>
      </w:r>
      <w:r w:rsidR="001F4C80" w:rsidRPr="0052026E">
        <w:rPr>
          <w:sz w:val="24"/>
          <w:szCs w:val="24"/>
          <w:lang w:val="ru-RU"/>
        </w:rPr>
        <w:t>Исполнитель обязуется при наличии медицинских показаний и своих технических возможностей, оказать Потребителю платные медицинские (стоматологические) услуги, в соответствии с перечнем видов медицинской дея</w:t>
      </w:r>
      <w:r w:rsidR="001F4C80" w:rsidRPr="0052026E">
        <w:rPr>
          <w:sz w:val="24"/>
          <w:szCs w:val="24"/>
          <w:lang w:val="ru-RU"/>
        </w:rPr>
        <w:softHyphen/>
        <w:t>тельности, разрешенных лицензией, а Потребитель и/или Заказчик обязуется оплатить их в порядке, предусмотренном настоящим Договором.</w:t>
      </w:r>
    </w:p>
    <w:p w:rsidR="00DB5783" w:rsidRPr="0052026E" w:rsidRDefault="00DB5783" w:rsidP="001F4C80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 xml:space="preserve">1.3. </w:t>
      </w:r>
      <w:r w:rsidR="003F5651" w:rsidRPr="0052026E">
        <w:rPr>
          <w:sz w:val="24"/>
          <w:szCs w:val="24"/>
          <w:lang w:val="ru-RU"/>
        </w:rPr>
        <w:t xml:space="preserve">До заключения Договора </w:t>
      </w:r>
      <w:r w:rsidRPr="0052026E">
        <w:rPr>
          <w:sz w:val="24"/>
          <w:szCs w:val="24"/>
          <w:lang w:val="ru-RU"/>
        </w:rPr>
        <w:t>Исполнитель</w:t>
      </w:r>
      <w:r w:rsidR="003F5651" w:rsidRPr="0052026E">
        <w:rPr>
          <w:sz w:val="24"/>
          <w:szCs w:val="24"/>
          <w:lang w:val="ru-RU"/>
        </w:rPr>
        <w:t>,</w:t>
      </w:r>
      <w:r w:rsidRPr="0052026E">
        <w:rPr>
          <w:sz w:val="24"/>
          <w:szCs w:val="24"/>
          <w:lang w:val="ru-RU"/>
        </w:rPr>
        <w:t xml:space="preserve"> в лице лечащего врача, после предварительного осмотра и постановки предварительн</w:t>
      </w:r>
      <w:r w:rsidR="003F5651" w:rsidRPr="0052026E">
        <w:rPr>
          <w:sz w:val="24"/>
          <w:szCs w:val="24"/>
          <w:lang w:val="ru-RU"/>
        </w:rPr>
        <w:t>ых</w:t>
      </w:r>
      <w:r w:rsidRPr="0052026E">
        <w:rPr>
          <w:sz w:val="24"/>
          <w:szCs w:val="24"/>
          <w:lang w:val="ru-RU"/>
        </w:rPr>
        <w:t xml:space="preserve"> диагноз</w:t>
      </w:r>
      <w:r w:rsidR="003F5651" w:rsidRPr="0052026E">
        <w:rPr>
          <w:sz w:val="24"/>
          <w:szCs w:val="24"/>
          <w:lang w:val="ru-RU"/>
        </w:rPr>
        <w:t>ов</w:t>
      </w:r>
      <w:r w:rsidRPr="0052026E">
        <w:rPr>
          <w:sz w:val="24"/>
          <w:szCs w:val="24"/>
          <w:lang w:val="ru-RU"/>
        </w:rPr>
        <w:t>, определяет</w:t>
      </w:r>
      <w:r w:rsidR="003F5651" w:rsidRPr="0052026E">
        <w:rPr>
          <w:sz w:val="24"/>
          <w:szCs w:val="24"/>
          <w:lang w:val="ru-RU"/>
        </w:rPr>
        <w:t xml:space="preserve"> возможные</w:t>
      </w:r>
      <w:r w:rsidRPr="0052026E">
        <w:rPr>
          <w:sz w:val="24"/>
          <w:szCs w:val="24"/>
          <w:lang w:val="ru-RU"/>
        </w:rPr>
        <w:t xml:space="preserve"> методы</w:t>
      </w:r>
      <w:r w:rsidR="003F5651" w:rsidRPr="0052026E">
        <w:rPr>
          <w:sz w:val="24"/>
          <w:szCs w:val="24"/>
          <w:lang w:val="ru-RU"/>
        </w:rPr>
        <w:t xml:space="preserve"> и</w:t>
      </w:r>
      <w:r w:rsidRPr="0052026E">
        <w:rPr>
          <w:sz w:val="24"/>
          <w:szCs w:val="24"/>
          <w:lang w:val="ru-RU"/>
        </w:rPr>
        <w:t xml:space="preserve"> варианты лечения, последствия лечения,</w:t>
      </w:r>
      <w:r w:rsidR="003F5651" w:rsidRPr="0052026E">
        <w:rPr>
          <w:sz w:val="24"/>
          <w:szCs w:val="24"/>
          <w:lang w:val="ru-RU"/>
        </w:rPr>
        <w:t xml:space="preserve"> </w:t>
      </w:r>
      <w:r w:rsidRPr="0052026E">
        <w:rPr>
          <w:sz w:val="24"/>
          <w:szCs w:val="24"/>
          <w:lang w:val="ru-RU"/>
        </w:rPr>
        <w:t xml:space="preserve">возможные осложнения, </w:t>
      </w:r>
      <w:r w:rsidR="003F5651" w:rsidRPr="0052026E">
        <w:rPr>
          <w:sz w:val="24"/>
          <w:szCs w:val="24"/>
          <w:lang w:val="ru-RU"/>
        </w:rPr>
        <w:t xml:space="preserve">степень риска лечения и </w:t>
      </w:r>
      <w:r w:rsidRPr="0052026E">
        <w:rPr>
          <w:sz w:val="24"/>
          <w:szCs w:val="24"/>
          <w:lang w:val="ru-RU"/>
        </w:rPr>
        <w:t xml:space="preserve">информирует об этом </w:t>
      </w:r>
      <w:r w:rsidR="003F5651" w:rsidRPr="0052026E">
        <w:rPr>
          <w:sz w:val="24"/>
          <w:szCs w:val="24"/>
          <w:lang w:val="ru-RU"/>
        </w:rPr>
        <w:t>Потребителя (Заказчика).</w:t>
      </w:r>
    </w:p>
    <w:p w:rsidR="002320EE" w:rsidRPr="0052026E" w:rsidRDefault="002320EE" w:rsidP="002320EE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 xml:space="preserve">1.4. На конкретное лечение оформляется «Информированное добровольное согласие на медицинское вмешательство» </w:t>
      </w:r>
      <w:r w:rsidRPr="0052026E">
        <w:rPr>
          <w:b/>
          <w:bCs/>
          <w:sz w:val="24"/>
          <w:szCs w:val="24"/>
          <w:lang w:val="ru-RU"/>
        </w:rPr>
        <w:t>Приложение № 1</w:t>
      </w:r>
      <w:r w:rsidRPr="0052026E">
        <w:rPr>
          <w:sz w:val="24"/>
          <w:szCs w:val="24"/>
          <w:lang w:val="ru-RU"/>
        </w:rPr>
        <w:t>, которое является неотъемлемой частью настоящего Договора.</w:t>
      </w:r>
    </w:p>
    <w:p w:rsidR="00103255" w:rsidRPr="0052026E" w:rsidRDefault="00BF740E" w:rsidP="001F4C80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1.</w:t>
      </w:r>
      <w:r w:rsidR="009F1960" w:rsidRPr="0052026E">
        <w:rPr>
          <w:sz w:val="24"/>
          <w:szCs w:val="24"/>
          <w:lang w:val="ru-RU"/>
        </w:rPr>
        <w:t>5</w:t>
      </w:r>
      <w:r w:rsidRPr="0052026E">
        <w:rPr>
          <w:sz w:val="24"/>
          <w:szCs w:val="24"/>
          <w:lang w:val="ru-RU"/>
        </w:rPr>
        <w:t xml:space="preserve">. Конкретный перечень медицинских услуг, их объем, количество, сроки и стоимость определяются </w:t>
      </w:r>
      <w:r w:rsidRPr="0052026E">
        <w:rPr>
          <w:b/>
          <w:bCs/>
          <w:sz w:val="24"/>
          <w:szCs w:val="24"/>
          <w:lang w:val="ru-RU"/>
        </w:rPr>
        <w:t>Приложением № 2</w:t>
      </w:r>
      <w:r w:rsidRPr="0052026E">
        <w:rPr>
          <w:sz w:val="24"/>
          <w:szCs w:val="24"/>
          <w:lang w:val="ru-RU"/>
        </w:rPr>
        <w:t xml:space="preserve"> «Смета и План лечения (комплексный план лечения)», которое является неотъемлемой частью настоящего Договора.</w:t>
      </w:r>
    </w:p>
    <w:p w:rsidR="00103255" w:rsidRPr="0052026E" w:rsidRDefault="00BF740E" w:rsidP="009F1960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1.</w:t>
      </w:r>
      <w:r w:rsidR="009F1960" w:rsidRPr="0052026E">
        <w:rPr>
          <w:sz w:val="24"/>
          <w:szCs w:val="24"/>
          <w:lang w:val="ru-RU"/>
        </w:rPr>
        <w:t>6</w:t>
      </w:r>
      <w:r w:rsidRPr="0052026E">
        <w:rPr>
          <w:sz w:val="24"/>
          <w:szCs w:val="24"/>
          <w:lang w:val="ru-RU"/>
        </w:rPr>
        <w:t xml:space="preserve">. </w:t>
      </w:r>
      <w:r w:rsidR="009F1960" w:rsidRPr="0052026E">
        <w:rPr>
          <w:sz w:val="24"/>
          <w:szCs w:val="24"/>
          <w:lang w:val="ru-RU"/>
        </w:rPr>
        <w:t xml:space="preserve"> По завершении оказания соответствующих услуг/этапа лечения оформляется </w:t>
      </w:r>
      <w:r w:rsidRPr="0052026E">
        <w:rPr>
          <w:sz w:val="24"/>
          <w:szCs w:val="24"/>
          <w:lang w:val="ru-RU"/>
        </w:rPr>
        <w:t>«Акт оказанных платных медицинских услуг»</w:t>
      </w:r>
      <w:r w:rsidR="009F1960" w:rsidRPr="0052026E">
        <w:rPr>
          <w:sz w:val="24"/>
          <w:szCs w:val="24"/>
          <w:lang w:val="ru-RU"/>
        </w:rPr>
        <w:t xml:space="preserve"> </w:t>
      </w:r>
      <w:r w:rsidR="009F1960" w:rsidRPr="0052026E">
        <w:rPr>
          <w:b/>
          <w:bCs/>
          <w:sz w:val="24"/>
          <w:szCs w:val="24"/>
          <w:lang w:val="ru-RU"/>
        </w:rPr>
        <w:t xml:space="preserve">Приложение № 3 </w:t>
      </w:r>
      <w:r w:rsidR="009F1960" w:rsidRPr="0052026E">
        <w:rPr>
          <w:sz w:val="24"/>
          <w:szCs w:val="24"/>
          <w:lang w:val="ru-RU"/>
        </w:rPr>
        <w:t>к настоящему договору, который</w:t>
      </w:r>
      <w:r w:rsidRPr="0052026E">
        <w:rPr>
          <w:sz w:val="24"/>
          <w:szCs w:val="24"/>
          <w:lang w:val="ru-RU"/>
        </w:rPr>
        <w:t xml:space="preserve"> подтверждает факт оказания услуг и их стоимость. Подписание Акта не заменяет медицинскую документацию и не ограничивает права Потребителя, предусмотренные законодательством.</w:t>
      </w:r>
    </w:p>
    <w:p w:rsidR="00103255" w:rsidRDefault="00BF740E" w:rsidP="009F1960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1.</w:t>
      </w:r>
      <w:r w:rsidR="009F1960" w:rsidRPr="0052026E">
        <w:rPr>
          <w:sz w:val="24"/>
          <w:szCs w:val="24"/>
          <w:lang w:val="ru-RU"/>
        </w:rPr>
        <w:t>7</w:t>
      </w:r>
      <w:r w:rsidRPr="0052026E">
        <w:rPr>
          <w:sz w:val="24"/>
          <w:szCs w:val="24"/>
          <w:lang w:val="ru-RU"/>
        </w:rPr>
        <w:t>. Настоящий Договор и его приложения применяются с учетом Постановления Правительства РФ от 30.05.2026 № 659, вступающего в силу 01.09.2026, Федерального закона № 323-ФЗ, Закона РФ «О защите прав потребителей» и иных обязательных нормативных правовых актов.</w:t>
      </w:r>
    </w:p>
    <w:p w:rsidR="0052026E" w:rsidRPr="0052026E" w:rsidRDefault="0052026E" w:rsidP="009F1960">
      <w:pPr>
        <w:spacing w:after="0"/>
        <w:jc w:val="both"/>
        <w:rPr>
          <w:sz w:val="24"/>
          <w:szCs w:val="24"/>
          <w:lang w:val="ru-RU"/>
        </w:rPr>
      </w:pPr>
    </w:p>
    <w:p w:rsidR="00103255" w:rsidRPr="00FF3559" w:rsidRDefault="00BF740E" w:rsidP="001D2FF6">
      <w:pPr>
        <w:pStyle w:val="1"/>
        <w:spacing w:before="0"/>
        <w:rPr>
          <w:sz w:val="28"/>
          <w:lang w:val="ru-RU"/>
        </w:rPr>
      </w:pPr>
      <w:r w:rsidRPr="00FF3559">
        <w:rPr>
          <w:sz w:val="28"/>
          <w:lang w:val="ru-RU"/>
        </w:rPr>
        <w:t>2. Информация об услугах и порядок их оказания</w:t>
      </w:r>
    </w:p>
    <w:p w:rsidR="00C55607" w:rsidRPr="0052026E" w:rsidRDefault="00BF740E" w:rsidP="00C55607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 xml:space="preserve">2.1. До заключения Договора Потребителю и/или Заказчику предоставляется информация об Исполнителе, лицензии, перечне платных медицинских услуг и ценах в рублях, порядке оказания услуг, медицинских работниках, их образовании и квалификации, графике работы и иная </w:t>
      </w:r>
      <w:r w:rsidRPr="0052026E">
        <w:rPr>
          <w:sz w:val="24"/>
          <w:szCs w:val="24"/>
          <w:lang w:val="ru-RU"/>
        </w:rPr>
        <w:lastRenderedPageBreak/>
        <w:t>информация, предусмотренная законодательством.</w:t>
      </w:r>
      <w:r w:rsidR="00C55607" w:rsidRPr="0052026E">
        <w:rPr>
          <w:sz w:val="24"/>
          <w:szCs w:val="24"/>
          <w:lang w:val="ru-RU"/>
        </w:rPr>
        <w:t xml:space="preserve"> Информация размещена на информационном стенде и сайте Исполнителя.</w:t>
      </w:r>
    </w:p>
    <w:p w:rsidR="00103255" w:rsidRPr="0052026E" w:rsidRDefault="00BF740E" w:rsidP="00C55607">
      <w:pPr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2.2. Потребителю и/или Заказчику предоставляется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территориальной программы государственных гарантий — в части, применимой к соответствующей медицинской помощи.</w:t>
      </w:r>
      <w:r w:rsidR="00C55607" w:rsidRPr="0052026E">
        <w:rPr>
          <w:sz w:val="24"/>
          <w:szCs w:val="24"/>
          <w:lang w:val="ru-RU"/>
        </w:rPr>
        <w:t xml:space="preserve"> Информация размещена на информационном стенде и сайте Исполнителя.</w:t>
      </w:r>
    </w:p>
    <w:p w:rsidR="00103255" w:rsidRPr="0052026E" w:rsidRDefault="00BF740E" w:rsidP="00C55607">
      <w:pPr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2.3. Медицинские услуги оказываются медицинскими работниками, имеющими необходимое образование и квалификацию, в соответствии с лицензией Исполнителя, порядками оказания медицинской помощи, клиническими рекомендациями и иными обязательными требованиями.</w:t>
      </w:r>
    </w:p>
    <w:p w:rsidR="00103255" w:rsidRPr="0052026E" w:rsidRDefault="00BF740E" w:rsidP="00C55607">
      <w:pPr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2.4. Потребитель информируется о состоянии здоровья, диагнозе, методах лечения, рисках, возможных осложнениях, предполагаемых результатах и альтернативных вариантах лечения.</w:t>
      </w:r>
    </w:p>
    <w:p w:rsidR="00103255" w:rsidRPr="0052026E" w:rsidRDefault="00BF740E" w:rsidP="00C55607">
      <w:pPr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2.5. Платные медицинские услуги предоставляются при наличии информированного добровольного согласия Потребителя или его законного представителя, оформленного в установленном законодательством порядке.</w:t>
      </w:r>
    </w:p>
    <w:p w:rsidR="00103255" w:rsidRDefault="00BF740E" w:rsidP="007D5A5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2.6. Если возникает необходимость в медицинских услугах, не предусмотренных Договором, Исполнитель предварительно предупреждает Потребителя и/или Заказчика о необходимости и стоимости таких услуг. Дополнительные платные услуги оказываются после получения необходимого согласия и оформления изменений в Приложение № 2 и/или дополнительного соглашения, если оно требуется.</w:t>
      </w:r>
    </w:p>
    <w:p w:rsidR="00103255" w:rsidRPr="00921633" w:rsidRDefault="00BF740E" w:rsidP="007D5A54">
      <w:pPr>
        <w:pStyle w:val="1"/>
        <w:spacing w:before="0"/>
        <w:rPr>
          <w:sz w:val="28"/>
          <w:lang w:val="ru-RU"/>
        </w:rPr>
      </w:pPr>
      <w:r w:rsidRPr="00921633">
        <w:rPr>
          <w:sz w:val="28"/>
          <w:lang w:val="ru-RU"/>
        </w:rPr>
        <w:t>3</w:t>
      </w:r>
      <w:r w:rsidRPr="00FF3559">
        <w:rPr>
          <w:sz w:val="28"/>
          <w:lang w:val="ru-RU"/>
        </w:rPr>
        <w:t>. Смета и план лечения</w:t>
      </w:r>
    </w:p>
    <w:p w:rsidR="00103255" w:rsidRPr="0052026E" w:rsidRDefault="00BF740E" w:rsidP="007D5A5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3.1. На оказание предусмотренных Договором платных медицинских услуг может быть составлена твердая или приблизительная смета. По требованию Потребителя и/или Заказчика или Исполнителя составление сметы обязательно. Смета является неотъемлемой частью Договора.</w:t>
      </w:r>
    </w:p>
    <w:p w:rsidR="00103255" w:rsidRPr="0052026E" w:rsidRDefault="00BF740E" w:rsidP="007D5A5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 xml:space="preserve">3.2. </w:t>
      </w:r>
      <w:r w:rsidRPr="0052026E">
        <w:rPr>
          <w:b/>
          <w:bCs/>
          <w:sz w:val="24"/>
          <w:szCs w:val="24"/>
          <w:lang w:val="ru-RU"/>
        </w:rPr>
        <w:t>Приложение № 2</w:t>
      </w:r>
      <w:r w:rsidRPr="0052026E">
        <w:rPr>
          <w:sz w:val="24"/>
          <w:szCs w:val="24"/>
          <w:lang w:val="ru-RU"/>
        </w:rPr>
        <w:t xml:space="preserve"> может оформляться как по отдельному обращению/этапу, так и как комплексный план лечения, содержащий несколько этапов.</w:t>
      </w:r>
    </w:p>
    <w:p w:rsidR="00103255" w:rsidRPr="0052026E" w:rsidRDefault="00BF740E" w:rsidP="007D5A5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3.3. Приблизительная смета может изменяться при выявлении медицинской необходимости. Потребитель и/или Заказчик уведомляется о необходимости увеличения расходов до оказания соответствующих дополнительных услуг.</w:t>
      </w:r>
    </w:p>
    <w:p w:rsidR="00103255" w:rsidRDefault="00BF740E" w:rsidP="007D5A5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3.4. Твердая смета не подлежит изменению, кроме случаев, когда изменение допускается законодательством и согласовано Сторонами.</w:t>
      </w:r>
    </w:p>
    <w:p w:rsidR="00103255" w:rsidRPr="00FF3559" w:rsidRDefault="00BF740E" w:rsidP="007D5A54">
      <w:pPr>
        <w:pStyle w:val="1"/>
        <w:spacing w:before="0"/>
        <w:rPr>
          <w:sz w:val="28"/>
          <w:lang w:val="ru-RU"/>
        </w:rPr>
      </w:pPr>
      <w:r w:rsidRPr="00FF3559">
        <w:rPr>
          <w:sz w:val="28"/>
          <w:lang w:val="ru-RU"/>
        </w:rPr>
        <w:t>4. Права и обязанности Исполнителя</w:t>
      </w:r>
    </w:p>
    <w:p w:rsidR="00103255" w:rsidRPr="0052026E" w:rsidRDefault="00BF740E" w:rsidP="00EF12E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 xml:space="preserve">4.1. Оказывать услуги </w:t>
      </w:r>
      <w:r w:rsidR="000162DF" w:rsidRPr="0052026E">
        <w:rPr>
          <w:sz w:val="24"/>
          <w:szCs w:val="24"/>
          <w:lang w:val="ru-RU"/>
        </w:rPr>
        <w:t xml:space="preserve">по медицинским показаниям </w:t>
      </w:r>
      <w:r w:rsidRPr="0052026E">
        <w:rPr>
          <w:sz w:val="24"/>
          <w:szCs w:val="24"/>
          <w:lang w:val="ru-RU"/>
        </w:rPr>
        <w:t>надлежащего качества в соответствии с Договором</w:t>
      </w:r>
      <w:r w:rsidR="000162DF" w:rsidRPr="0052026E">
        <w:rPr>
          <w:sz w:val="24"/>
          <w:szCs w:val="24"/>
          <w:lang w:val="ru-RU"/>
        </w:rPr>
        <w:t xml:space="preserve"> и Сметой (Планом лечения),</w:t>
      </w:r>
      <w:r w:rsidRPr="0052026E">
        <w:rPr>
          <w:sz w:val="24"/>
          <w:szCs w:val="24"/>
          <w:lang w:val="ru-RU"/>
        </w:rPr>
        <w:t xml:space="preserve"> Приложение № 2.</w:t>
      </w:r>
    </w:p>
    <w:p w:rsidR="00EF12E4" w:rsidRPr="00EF12E4" w:rsidRDefault="00EF12E4" w:rsidP="00EF12E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 xml:space="preserve">4.2. </w:t>
      </w:r>
      <w:r w:rsidRPr="00EF12E4">
        <w:rPr>
          <w:sz w:val="24"/>
          <w:szCs w:val="24"/>
          <w:lang w:val="ru-RU"/>
        </w:rPr>
        <w:t>Информировать Потребителя и/или Заказчика о необходимости изменения объема лечения и о стоимости дополнительных услуг до их оказания.</w:t>
      </w:r>
    </w:p>
    <w:p w:rsidR="00103255" w:rsidRPr="0052026E" w:rsidRDefault="00BF740E" w:rsidP="00EF12E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4.</w:t>
      </w:r>
      <w:r w:rsidR="00EF12E4" w:rsidRPr="0052026E">
        <w:rPr>
          <w:sz w:val="24"/>
          <w:szCs w:val="24"/>
          <w:lang w:val="ru-RU"/>
        </w:rPr>
        <w:t>3</w:t>
      </w:r>
      <w:r w:rsidRPr="0052026E">
        <w:rPr>
          <w:sz w:val="24"/>
          <w:szCs w:val="24"/>
          <w:lang w:val="ru-RU"/>
        </w:rPr>
        <w:t>. Предоставлять</w:t>
      </w:r>
      <w:r w:rsidR="007D5A54" w:rsidRPr="0052026E">
        <w:rPr>
          <w:sz w:val="24"/>
          <w:szCs w:val="24"/>
          <w:lang w:val="ru-RU"/>
        </w:rPr>
        <w:t xml:space="preserve"> Потребителю</w:t>
      </w:r>
      <w:r w:rsidRPr="0052026E">
        <w:rPr>
          <w:sz w:val="24"/>
          <w:szCs w:val="24"/>
          <w:lang w:val="ru-RU"/>
        </w:rPr>
        <w:t xml:space="preserve"> </w:t>
      </w:r>
      <w:r w:rsidR="000162DF" w:rsidRPr="0052026E">
        <w:rPr>
          <w:sz w:val="24"/>
          <w:szCs w:val="24"/>
          <w:lang w:val="ru-RU"/>
        </w:rPr>
        <w:t>полную</w:t>
      </w:r>
      <w:r w:rsidRPr="0052026E">
        <w:rPr>
          <w:sz w:val="24"/>
          <w:szCs w:val="24"/>
          <w:lang w:val="ru-RU"/>
        </w:rPr>
        <w:t xml:space="preserve"> информацию о состоянии здоровья, </w:t>
      </w:r>
      <w:r w:rsidR="000162DF" w:rsidRPr="0052026E">
        <w:rPr>
          <w:sz w:val="24"/>
          <w:szCs w:val="24"/>
          <w:lang w:val="ru-RU"/>
        </w:rPr>
        <w:t xml:space="preserve">методах лечения и </w:t>
      </w:r>
      <w:r w:rsidRPr="0052026E">
        <w:rPr>
          <w:sz w:val="24"/>
          <w:szCs w:val="24"/>
          <w:lang w:val="ru-RU"/>
        </w:rPr>
        <w:t>рисках</w:t>
      </w:r>
      <w:r w:rsidR="000162DF" w:rsidRPr="0052026E">
        <w:rPr>
          <w:sz w:val="24"/>
          <w:szCs w:val="24"/>
          <w:lang w:val="ru-RU"/>
        </w:rPr>
        <w:t>.</w:t>
      </w:r>
    </w:p>
    <w:p w:rsidR="008F4457" w:rsidRPr="0052026E" w:rsidRDefault="00BF740E" w:rsidP="00EF12E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4.</w:t>
      </w:r>
      <w:r w:rsidR="00EF12E4" w:rsidRPr="0052026E">
        <w:rPr>
          <w:sz w:val="24"/>
          <w:szCs w:val="24"/>
          <w:lang w:val="ru-RU"/>
        </w:rPr>
        <w:t>4</w:t>
      </w:r>
      <w:r w:rsidRPr="0052026E">
        <w:rPr>
          <w:sz w:val="24"/>
          <w:szCs w:val="24"/>
          <w:lang w:val="ru-RU"/>
        </w:rPr>
        <w:t>. Вести медицинскую документацию и хранить ее в установленном законодательством порядке.</w:t>
      </w:r>
      <w:r w:rsidR="008F4457" w:rsidRPr="0052026E">
        <w:rPr>
          <w:sz w:val="24"/>
          <w:szCs w:val="24"/>
          <w:lang w:val="ru-RU"/>
        </w:rPr>
        <w:t xml:space="preserve"> </w:t>
      </w:r>
    </w:p>
    <w:p w:rsidR="00103255" w:rsidRPr="0052026E" w:rsidRDefault="00BF740E" w:rsidP="00EF12E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4.</w:t>
      </w:r>
      <w:r w:rsidR="00EF12E4" w:rsidRPr="0052026E">
        <w:rPr>
          <w:sz w:val="24"/>
          <w:szCs w:val="24"/>
          <w:lang w:val="ru-RU"/>
        </w:rPr>
        <w:t>5</w:t>
      </w:r>
      <w:r w:rsidRPr="0052026E">
        <w:rPr>
          <w:sz w:val="24"/>
          <w:szCs w:val="24"/>
          <w:lang w:val="ru-RU"/>
        </w:rPr>
        <w:t>.</w:t>
      </w:r>
      <w:r w:rsidR="008F4457" w:rsidRPr="0052026E">
        <w:rPr>
          <w:sz w:val="24"/>
          <w:szCs w:val="24"/>
          <w:lang w:val="ru-RU"/>
        </w:rPr>
        <w:t xml:space="preserve"> </w:t>
      </w:r>
      <w:r w:rsidRPr="0052026E">
        <w:rPr>
          <w:sz w:val="24"/>
          <w:szCs w:val="24"/>
          <w:lang w:val="ru-RU"/>
        </w:rPr>
        <w:t>По заявлению Потребителя/законного представителя выдавать документы, подтверждающие фактические расходы на медицинские услуги, в порядке, установленном законодательством.</w:t>
      </w:r>
    </w:p>
    <w:p w:rsidR="00103255" w:rsidRPr="0052026E" w:rsidRDefault="00BF740E" w:rsidP="00EF12E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4.</w:t>
      </w:r>
      <w:r w:rsidR="00EF12E4" w:rsidRPr="0052026E">
        <w:rPr>
          <w:sz w:val="24"/>
          <w:szCs w:val="24"/>
          <w:lang w:val="ru-RU"/>
        </w:rPr>
        <w:t>6</w:t>
      </w:r>
      <w:r w:rsidRPr="0052026E">
        <w:rPr>
          <w:sz w:val="24"/>
          <w:szCs w:val="24"/>
          <w:lang w:val="ru-RU"/>
        </w:rPr>
        <w:t>. Соблюдать врачебную тайну и законодательство о персональных данных.</w:t>
      </w:r>
    </w:p>
    <w:p w:rsidR="00103255" w:rsidRDefault="00BF740E" w:rsidP="00EF12E4">
      <w:pPr>
        <w:spacing w:after="0"/>
        <w:jc w:val="both"/>
        <w:rPr>
          <w:sz w:val="24"/>
          <w:szCs w:val="24"/>
          <w:lang w:val="ru-RU"/>
        </w:rPr>
      </w:pPr>
      <w:r w:rsidRPr="0052026E">
        <w:rPr>
          <w:sz w:val="24"/>
          <w:szCs w:val="24"/>
          <w:lang w:val="ru-RU"/>
        </w:rPr>
        <w:t>4.</w:t>
      </w:r>
      <w:r w:rsidR="00EF12E4" w:rsidRPr="0052026E">
        <w:rPr>
          <w:sz w:val="24"/>
          <w:szCs w:val="24"/>
          <w:lang w:val="ru-RU"/>
        </w:rPr>
        <w:t>7</w:t>
      </w:r>
      <w:r w:rsidRPr="0052026E">
        <w:rPr>
          <w:sz w:val="24"/>
          <w:szCs w:val="24"/>
          <w:lang w:val="ru-RU"/>
        </w:rPr>
        <w:t>. Исполнитель вправе отказать в проведении конкретного медицинского вмешательства при наличии медицинских противопоказаний</w:t>
      </w:r>
      <w:r w:rsidR="00EF12E4" w:rsidRPr="0052026E">
        <w:rPr>
          <w:sz w:val="24"/>
          <w:szCs w:val="24"/>
          <w:lang w:val="ru-RU"/>
        </w:rPr>
        <w:t>, угрозы жизни, здоровью Потребителя</w:t>
      </w:r>
      <w:r w:rsidRPr="0052026E">
        <w:rPr>
          <w:sz w:val="24"/>
          <w:szCs w:val="24"/>
          <w:lang w:val="ru-RU"/>
        </w:rPr>
        <w:t xml:space="preserve"> или </w:t>
      </w:r>
      <w:r w:rsidR="00EF12E4" w:rsidRPr="0052026E">
        <w:rPr>
          <w:sz w:val="24"/>
          <w:szCs w:val="24"/>
          <w:lang w:val="ru-RU"/>
        </w:rPr>
        <w:t>иных основаниях,</w:t>
      </w:r>
      <w:r w:rsidRPr="0052026E">
        <w:rPr>
          <w:sz w:val="24"/>
          <w:szCs w:val="24"/>
          <w:lang w:val="ru-RU"/>
        </w:rPr>
        <w:t xml:space="preserve"> предусмотренных законом.</w:t>
      </w:r>
    </w:p>
    <w:p w:rsidR="00103255" w:rsidRPr="00921633" w:rsidRDefault="00BF740E" w:rsidP="00EF12E4">
      <w:pPr>
        <w:pStyle w:val="1"/>
        <w:spacing w:before="0"/>
        <w:rPr>
          <w:sz w:val="28"/>
          <w:lang w:val="ru-RU"/>
        </w:rPr>
      </w:pPr>
      <w:r w:rsidRPr="00921633">
        <w:rPr>
          <w:sz w:val="28"/>
          <w:lang w:val="ru-RU"/>
        </w:rPr>
        <w:t>5. Права и обязанности Потребителя и/или Заказчика</w:t>
      </w:r>
    </w:p>
    <w:p w:rsidR="00103255" w:rsidRPr="008A4D8A" w:rsidRDefault="00BF740E" w:rsidP="00941F2A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5.1. Получать полную и достоверную информацию о состоянии здоровья и предоставляемых услугах.</w:t>
      </w:r>
    </w:p>
    <w:p w:rsidR="00103255" w:rsidRPr="008A4D8A" w:rsidRDefault="00BF740E" w:rsidP="00941F2A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5.2. Получать информацию о квалификации медицинского работника.</w:t>
      </w:r>
    </w:p>
    <w:p w:rsidR="00103255" w:rsidRPr="008A4D8A" w:rsidRDefault="00BF740E" w:rsidP="00941F2A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5.3. Получать медицинские документы в порядке, установленном законодательством.</w:t>
      </w:r>
    </w:p>
    <w:p w:rsidR="00103255" w:rsidRPr="008A4D8A" w:rsidRDefault="00BF740E" w:rsidP="00941F2A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lastRenderedPageBreak/>
        <w:t xml:space="preserve">5.4. </w:t>
      </w:r>
      <w:r w:rsidR="00941F2A" w:rsidRPr="008A4D8A">
        <w:rPr>
          <w:sz w:val="24"/>
          <w:szCs w:val="24"/>
          <w:lang w:val="ru-RU"/>
        </w:rPr>
        <w:t xml:space="preserve">Предоставлять в </w:t>
      </w:r>
      <w:r w:rsidR="00941F2A" w:rsidRPr="008A4D8A">
        <w:rPr>
          <w:b/>
          <w:bCs/>
          <w:sz w:val="24"/>
          <w:szCs w:val="24"/>
          <w:lang w:val="ru-RU"/>
        </w:rPr>
        <w:t>«Анкете Здоровья»</w:t>
      </w:r>
      <w:r w:rsidRPr="008A4D8A">
        <w:rPr>
          <w:sz w:val="24"/>
          <w:szCs w:val="24"/>
          <w:lang w:val="ru-RU"/>
        </w:rPr>
        <w:t xml:space="preserve"> </w:t>
      </w:r>
      <w:r w:rsidR="00DE7AA1">
        <w:rPr>
          <w:sz w:val="24"/>
          <w:szCs w:val="24"/>
          <w:lang w:val="ru-RU"/>
        </w:rPr>
        <w:t xml:space="preserve">(неотъемлемая часть медицинской карты) </w:t>
      </w:r>
      <w:r w:rsidRPr="008A4D8A">
        <w:rPr>
          <w:sz w:val="24"/>
          <w:szCs w:val="24"/>
          <w:lang w:val="ru-RU"/>
        </w:rPr>
        <w:t xml:space="preserve">достоверную информацию о состоянии </w:t>
      </w:r>
      <w:r w:rsidR="00941F2A" w:rsidRPr="008A4D8A">
        <w:rPr>
          <w:sz w:val="24"/>
          <w:szCs w:val="24"/>
          <w:lang w:val="ru-RU"/>
        </w:rPr>
        <w:t xml:space="preserve">своего </w:t>
      </w:r>
      <w:r w:rsidRPr="008A4D8A">
        <w:rPr>
          <w:sz w:val="24"/>
          <w:szCs w:val="24"/>
          <w:lang w:val="ru-RU"/>
        </w:rPr>
        <w:t>здоровья, перенесенных заболеваниях, аллергиях и принимаемых лекарственных препаратах</w:t>
      </w:r>
      <w:r w:rsidR="00F23F42" w:rsidRPr="008A4D8A">
        <w:rPr>
          <w:sz w:val="24"/>
          <w:szCs w:val="24"/>
          <w:lang w:val="ru-RU"/>
        </w:rPr>
        <w:t xml:space="preserve"> </w:t>
      </w:r>
    </w:p>
    <w:p w:rsidR="00103255" w:rsidRPr="008A4D8A" w:rsidRDefault="00BF740E" w:rsidP="00941F2A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5.5. Соблюдать назначения и рекомендации медицинского работника, режим лечения и правила поведения в медицинской организации.</w:t>
      </w:r>
    </w:p>
    <w:p w:rsidR="00103255" w:rsidRPr="008A4D8A" w:rsidRDefault="00BF740E" w:rsidP="00941F2A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5.6. Своевременно оплачивать оказанные услуги.</w:t>
      </w:r>
    </w:p>
    <w:p w:rsidR="00744058" w:rsidRDefault="00BF740E" w:rsidP="0052026E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5.7. Незамедлительно сообщать медицинскому работнику об изменении состояния здоровья, боли, аллергических реакциях и других нежелательных явлениях.</w:t>
      </w:r>
    </w:p>
    <w:p w:rsidR="00FF3559" w:rsidRDefault="00FF3559" w:rsidP="00FF3559">
      <w:pPr>
        <w:pStyle w:val="1"/>
        <w:spacing w:before="0"/>
        <w:rPr>
          <w:sz w:val="28"/>
          <w:lang w:val="ru-RU"/>
        </w:rPr>
      </w:pPr>
      <w:r>
        <w:rPr>
          <w:sz w:val="28"/>
          <w:lang w:val="ru-RU"/>
        </w:rPr>
        <w:t>6. Стоимость и порядок оплаты</w:t>
      </w:r>
    </w:p>
    <w:p w:rsidR="00103255" w:rsidRPr="00FF3559" w:rsidRDefault="00FF3559" w:rsidP="00FF3559">
      <w:pPr>
        <w:pStyle w:val="1"/>
        <w:spacing w:before="0"/>
        <w:rPr>
          <w:rFonts w:ascii="Times New Roman" w:hAnsi="Times New Roman" w:cs="Times New Roman"/>
          <w:color w:val="auto"/>
          <w:szCs w:val="24"/>
          <w:lang w:val="ru-RU"/>
        </w:rPr>
      </w:pPr>
      <w:r>
        <w:rPr>
          <w:rFonts w:ascii="Times New Roman" w:hAnsi="Times New Roman" w:cs="Times New Roman"/>
          <w:color w:val="auto"/>
          <w:szCs w:val="24"/>
          <w:lang w:val="ru-RU"/>
        </w:rPr>
        <w:t>6</w:t>
      </w:r>
      <w:r w:rsidR="00BF740E" w:rsidRPr="00FF3559">
        <w:rPr>
          <w:rFonts w:ascii="Times New Roman" w:hAnsi="Times New Roman" w:cs="Times New Roman"/>
          <w:b w:val="0"/>
          <w:color w:val="auto"/>
          <w:szCs w:val="24"/>
          <w:lang w:val="ru-RU"/>
        </w:rPr>
        <w:t xml:space="preserve">.1. Стоимость услуг определяется Прейскурантом Исполнителя и фиксируется в Приложении № 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6.</w:t>
      </w:r>
      <w:r w:rsidR="00FF3559" w:rsidRPr="008A4D8A">
        <w:rPr>
          <w:sz w:val="24"/>
          <w:szCs w:val="24"/>
          <w:lang w:val="ru-RU"/>
        </w:rPr>
        <w:t>2. Оплата</w:t>
      </w:r>
      <w:r w:rsidRPr="008A4D8A">
        <w:rPr>
          <w:sz w:val="24"/>
          <w:szCs w:val="24"/>
          <w:lang w:val="ru-RU"/>
        </w:rPr>
        <w:t xml:space="preserve"> производится наличными, банковской картой, переводом или иным </w:t>
      </w:r>
      <w:r w:rsidR="004D09F7" w:rsidRPr="008A4D8A">
        <w:rPr>
          <w:sz w:val="24"/>
          <w:szCs w:val="24"/>
          <w:lang w:val="ru-RU"/>
        </w:rPr>
        <w:t xml:space="preserve">разрешенным </w:t>
      </w:r>
      <w:r w:rsidRPr="008A4D8A">
        <w:rPr>
          <w:sz w:val="24"/>
          <w:szCs w:val="24"/>
          <w:lang w:val="ru-RU"/>
        </w:rPr>
        <w:t xml:space="preserve">способом, 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6.3. При расчетах Исполнитель выдает кассовый чек в случаях</w:t>
      </w:r>
      <w:r w:rsidR="004D09F7" w:rsidRPr="008A4D8A">
        <w:rPr>
          <w:sz w:val="24"/>
          <w:szCs w:val="24"/>
          <w:lang w:val="ru-RU"/>
        </w:rPr>
        <w:t xml:space="preserve"> с</w:t>
      </w:r>
      <w:r w:rsidRPr="008A4D8A">
        <w:rPr>
          <w:sz w:val="24"/>
          <w:szCs w:val="24"/>
          <w:lang w:val="ru-RU"/>
        </w:rPr>
        <w:t xml:space="preserve"> применени</w:t>
      </w:r>
      <w:r w:rsidR="004D09F7" w:rsidRPr="008A4D8A">
        <w:rPr>
          <w:sz w:val="24"/>
          <w:szCs w:val="24"/>
          <w:lang w:val="ru-RU"/>
        </w:rPr>
        <w:t>ем</w:t>
      </w:r>
      <w:r w:rsidRPr="008A4D8A">
        <w:rPr>
          <w:sz w:val="24"/>
          <w:szCs w:val="24"/>
          <w:lang w:val="ru-RU"/>
        </w:rPr>
        <w:t xml:space="preserve"> контрольно-кассовой техники.</w:t>
      </w:r>
    </w:p>
    <w:p w:rsidR="00103255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6.4. При отказе Потребителя от получения услуг после заключения Договора</w:t>
      </w:r>
      <w:r w:rsidR="004D09F7" w:rsidRPr="008A4D8A">
        <w:rPr>
          <w:sz w:val="24"/>
          <w:szCs w:val="24"/>
          <w:lang w:val="ru-RU"/>
        </w:rPr>
        <w:t>,</w:t>
      </w:r>
      <w:r w:rsidRPr="008A4D8A">
        <w:rPr>
          <w:sz w:val="24"/>
          <w:szCs w:val="24"/>
          <w:lang w:val="ru-RU"/>
        </w:rPr>
        <w:t xml:space="preserve"> расчеты производятся с учетом фактически понесенных Исполнителем расходов</w:t>
      </w:r>
      <w:r w:rsidR="00417E2D" w:rsidRPr="008A4D8A">
        <w:rPr>
          <w:sz w:val="24"/>
          <w:szCs w:val="24"/>
          <w:lang w:val="ru-RU"/>
        </w:rPr>
        <w:t xml:space="preserve">, а </w:t>
      </w:r>
      <w:r w:rsidR="004D09F7" w:rsidRPr="008A4D8A">
        <w:rPr>
          <w:sz w:val="24"/>
          <w:szCs w:val="24"/>
          <w:lang w:val="ru-RU"/>
        </w:rPr>
        <w:t>Договор считается расторгнутым.</w:t>
      </w:r>
    </w:p>
    <w:p w:rsidR="00103255" w:rsidRPr="00921633" w:rsidRDefault="00BF740E" w:rsidP="00941F2A">
      <w:pPr>
        <w:pStyle w:val="1"/>
        <w:spacing w:before="0"/>
        <w:rPr>
          <w:sz w:val="28"/>
          <w:lang w:val="ru-RU"/>
        </w:rPr>
      </w:pPr>
      <w:r w:rsidRPr="00921633">
        <w:rPr>
          <w:sz w:val="28"/>
          <w:lang w:val="ru-RU"/>
        </w:rPr>
        <w:t>7. Акт оказанных услуг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7.1. По завершении предусмотренных Приложением № 2 услуг или отдельного этапа лечения Исполнитель вправе оформить Приложение № 3 «Акт оказанных платных медицинских услуг».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7.2. Акт содержит сведения о фактически оказанных услугах, их количестве, стоимости и сумме оплаты.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7.3. Подписание Акта подтверждает факт оказания указанных в нем услуг, но не лишает Потребителя прав на предъявление требований по качеству услуг в соответствии с законодательством Российской Федерации.</w:t>
      </w:r>
    </w:p>
    <w:p w:rsidR="00103255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7.4. Если Потребитель имеет замечания к объему, качеству или срокам оказания услуг, они указываются в Акте либо направляются Исполнителю в порядке, предусмотренном законодательством.</w:t>
      </w:r>
    </w:p>
    <w:p w:rsidR="00103255" w:rsidRPr="008A4D8A" w:rsidRDefault="00BF740E" w:rsidP="00941F2A">
      <w:pPr>
        <w:pStyle w:val="1"/>
        <w:spacing w:before="0"/>
        <w:rPr>
          <w:sz w:val="28"/>
          <w:lang w:val="ru-RU"/>
        </w:rPr>
      </w:pPr>
      <w:r w:rsidRPr="008A4D8A">
        <w:rPr>
          <w:sz w:val="28"/>
          <w:lang w:val="ru-RU"/>
        </w:rPr>
        <w:t>8. Медицинские документы, врачебная тайна и персональные данные</w:t>
      </w:r>
    </w:p>
    <w:p w:rsidR="00103255" w:rsidRPr="008A4D8A" w:rsidRDefault="00BF740E" w:rsidP="00941F2A">
      <w:pPr>
        <w:spacing w:after="0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8.1. Медицинская документация ведется и хранится в порядке, установленном законодательством Российской Федерации.</w:t>
      </w:r>
    </w:p>
    <w:p w:rsidR="00103255" w:rsidRPr="008A4D8A" w:rsidRDefault="00BF740E" w:rsidP="00941F2A">
      <w:pPr>
        <w:spacing w:after="0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8.2. По требованию Потребителя/законного представителя Исполнитель выдает копии медицинских документов или выписку в установленном порядке.</w:t>
      </w:r>
    </w:p>
    <w:p w:rsidR="00103255" w:rsidRPr="008A4D8A" w:rsidRDefault="00BF740E" w:rsidP="00941F2A">
      <w:pPr>
        <w:spacing w:after="0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8.3. Сведения, составляющие врачебную тайну, предоставляются третьим лицам с согласия Потребителя либо в случаях, предусмотренных законом.</w:t>
      </w:r>
    </w:p>
    <w:p w:rsidR="00103255" w:rsidRDefault="00BF740E" w:rsidP="00417E2D">
      <w:pPr>
        <w:spacing w:after="0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8.4. Обработка персональных данных осуществляется в соответствии с законодательством Российской Федерации; необходимые согласия оформляются отдельными документами, когда это требуется.</w:t>
      </w:r>
    </w:p>
    <w:p w:rsidR="00FF3559" w:rsidRDefault="00FF3559" w:rsidP="00417E2D">
      <w:pPr>
        <w:spacing w:after="0"/>
        <w:rPr>
          <w:sz w:val="24"/>
          <w:szCs w:val="24"/>
          <w:lang w:val="ru-RU"/>
        </w:rPr>
      </w:pPr>
    </w:p>
    <w:p w:rsidR="00FF3559" w:rsidRDefault="00FF3559" w:rsidP="00417E2D">
      <w:pPr>
        <w:spacing w:after="0"/>
        <w:rPr>
          <w:sz w:val="24"/>
          <w:szCs w:val="24"/>
          <w:lang w:val="ru-RU"/>
        </w:rPr>
      </w:pPr>
    </w:p>
    <w:p w:rsidR="00103255" w:rsidRPr="008A4D8A" w:rsidRDefault="00BF740E" w:rsidP="00417E2D">
      <w:pPr>
        <w:pStyle w:val="1"/>
        <w:spacing w:before="0"/>
        <w:rPr>
          <w:sz w:val="28"/>
          <w:lang w:val="ru-RU"/>
        </w:rPr>
      </w:pPr>
      <w:r w:rsidRPr="008A4D8A">
        <w:rPr>
          <w:sz w:val="28"/>
          <w:lang w:val="ru-RU"/>
        </w:rPr>
        <w:t>9. Ответственность сторон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9.1. Стороны несут ответственность в соответствии с законодательством Российской Федерации.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9.2. Вред, причиненный жизни или здоровью Потребителя вследствие оказания услуг ненадлежащего качества, возмещается в соответствии с законодательством.</w:t>
      </w:r>
    </w:p>
    <w:p w:rsidR="00417E2D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9.3. Условия Договора не ограничивают права Потребителя, предоставленные Законом РФ «О защите прав потребителей» и иными обязательными нормами.</w:t>
      </w:r>
      <w:r w:rsidR="00417E2D" w:rsidRPr="008A4D8A">
        <w:rPr>
          <w:sz w:val="24"/>
          <w:szCs w:val="24"/>
          <w:lang w:val="ru-RU"/>
        </w:rPr>
        <w:t xml:space="preserve"> </w:t>
      </w:r>
    </w:p>
    <w:p w:rsidR="00417E2D" w:rsidRDefault="00417E2D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9.4. Исполнитель не несет ответственность за последствия, возникшие вследствие нарушения Потребителем назначений и рекомендаций медицинского работника, если причинно-следственная связь подтверждена медицинской документацией и иными допустимыми доказательствами.</w:t>
      </w:r>
    </w:p>
    <w:p w:rsidR="00DE7AA1" w:rsidRDefault="006D505A" w:rsidP="00DE7AA1">
      <w:pPr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9.5. </w:t>
      </w:r>
      <w:r w:rsidR="00DE7AA1" w:rsidRPr="00DE7AA1">
        <w:rPr>
          <w:sz w:val="24"/>
          <w:szCs w:val="24"/>
          <w:lang w:val="ru-RU"/>
        </w:rPr>
        <w:t>Стороны не несут ответственности за неисполнение своих обязательств по Договору, если это произошло вследствие непреодолимой силы, то есть чрезвычайных и непредотвратимых обстоятельств, а также по иным законным основаниям.</w:t>
      </w:r>
    </w:p>
    <w:p w:rsidR="00603E13" w:rsidRPr="00DE7AA1" w:rsidRDefault="00603E13" w:rsidP="00DE7AA1">
      <w:pPr>
        <w:spacing w:after="0"/>
        <w:jc w:val="both"/>
        <w:rPr>
          <w:sz w:val="24"/>
          <w:szCs w:val="24"/>
          <w:lang w:val="ru-RU"/>
        </w:rPr>
      </w:pPr>
    </w:p>
    <w:p w:rsidR="00103255" w:rsidRPr="008A4D8A" w:rsidRDefault="00BF740E" w:rsidP="00417E2D">
      <w:pPr>
        <w:pStyle w:val="1"/>
        <w:spacing w:before="0"/>
        <w:rPr>
          <w:sz w:val="28"/>
          <w:lang w:val="ru-RU"/>
        </w:rPr>
      </w:pPr>
      <w:r w:rsidRPr="008A4D8A">
        <w:rPr>
          <w:sz w:val="28"/>
          <w:lang w:val="ru-RU"/>
        </w:rPr>
        <w:t>10. Изменение, расторжение и разрешение споров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10.1. Изменение перечня и стоимости услуг оформляется путем изменения Приложения № 2 и/или дополнительного соглашения, если оно требуется.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10.2. Потребитель вправе отказаться от получения платных медицинских услуг в порядке, предусмотренном законодательством.</w:t>
      </w:r>
    </w:p>
    <w:p w:rsidR="00103255" w:rsidRPr="008A4D8A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F23F42">
        <w:rPr>
          <w:lang w:val="ru-RU"/>
        </w:rPr>
        <w:t>10.3</w:t>
      </w:r>
      <w:r w:rsidRPr="008A4D8A">
        <w:rPr>
          <w:sz w:val="24"/>
          <w:szCs w:val="24"/>
          <w:lang w:val="ru-RU"/>
        </w:rPr>
        <w:t>. Претензии и обращения направляются Исполнителю по адресу: 660028, г. Красноярск, ул. Ладо Кецховели, д. 40, помещение 3; телефон</w:t>
      </w:r>
      <w:r w:rsidR="007C411C" w:rsidRPr="008A4D8A">
        <w:rPr>
          <w:sz w:val="24"/>
          <w:szCs w:val="24"/>
          <w:lang w:val="ru-RU"/>
        </w:rPr>
        <w:t>: 8 (933) 324-84-88</w:t>
      </w:r>
      <w:r w:rsidRPr="008A4D8A">
        <w:rPr>
          <w:sz w:val="24"/>
          <w:szCs w:val="24"/>
          <w:lang w:val="ru-RU"/>
        </w:rPr>
        <w:t xml:space="preserve">; </w:t>
      </w:r>
      <w:r w:rsidRPr="008A4D8A">
        <w:rPr>
          <w:sz w:val="24"/>
          <w:szCs w:val="24"/>
        </w:rPr>
        <w:t>e</w:t>
      </w:r>
      <w:r w:rsidRPr="008A4D8A">
        <w:rPr>
          <w:sz w:val="24"/>
          <w:szCs w:val="24"/>
          <w:lang w:val="ru-RU"/>
        </w:rPr>
        <w:t>-</w:t>
      </w:r>
      <w:r w:rsidRPr="008A4D8A">
        <w:rPr>
          <w:sz w:val="24"/>
          <w:szCs w:val="24"/>
        </w:rPr>
        <w:t>mail</w:t>
      </w:r>
      <w:r w:rsidRPr="008A4D8A">
        <w:rPr>
          <w:sz w:val="24"/>
          <w:szCs w:val="24"/>
          <w:lang w:val="ru-RU"/>
        </w:rPr>
        <w:t xml:space="preserve">: </w:t>
      </w:r>
      <w:r w:rsidR="007C411C" w:rsidRPr="008A4D8A">
        <w:rPr>
          <w:sz w:val="24"/>
          <w:szCs w:val="24"/>
        </w:rPr>
        <w:t>adm</w:t>
      </w:r>
      <w:r w:rsidRPr="008A4D8A">
        <w:rPr>
          <w:sz w:val="24"/>
          <w:szCs w:val="24"/>
          <w:lang w:val="ru-RU"/>
        </w:rPr>
        <w:t>@</w:t>
      </w:r>
      <w:r w:rsidRPr="008A4D8A">
        <w:rPr>
          <w:sz w:val="24"/>
          <w:szCs w:val="24"/>
        </w:rPr>
        <w:t>stomalux</w:t>
      </w:r>
      <w:r w:rsidRPr="008A4D8A">
        <w:rPr>
          <w:sz w:val="24"/>
          <w:szCs w:val="24"/>
          <w:lang w:val="ru-RU"/>
        </w:rPr>
        <w:t>.</w:t>
      </w:r>
      <w:r w:rsidRPr="008A4D8A">
        <w:rPr>
          <w:sz w:val="24"/>
          <w:szCs w:val="24"/>
        </w:rPr>
        <w:t>ru</w:t>
      </w:r>
      <w:r w:rsidRPr="008A4D8A">
        <w:rPr>
          <w:sz w:val="24"/>
          <w:szCs w:val="24"/>
          <w:lang w:val="ru-RU"/>
        </w:rPr>
        <w:t>.</w:t>
      </w:r>
    </w:p>
    <w:p w:rsidR="00103255" w:rsidRDefault="00BF740E" w:rsidP="00417E2D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10.4. Споры разрешаются в порядке, установленном законодательством Российской Федерации.</w:t>
      </w:r>
    </w:p>
    <w:p w:rsidR="00603E13" w:rsidRDefault="00603E13" w:rsidP="00417E2D">
      <w:pPr>
        <w:spacing w:after="0"/>
        <w:jc w:val="both"/>
        <w:rPr>
          <w:sz w:val="24"/>
          <w:szCs w:val="24"/>
          <w:lang w:val="ru-RU"/>
        </w:rPr>
      </w:pPr>
    </w:p>
    <w:p w:rsidR="00103255" w:rsidRPr="008A4D8A" w:rsidRDefault="00BF740E" w:rsidP="00417E2D">
      <w:pPr>
        <w:pStyle w:val="1"/>
        <w:spacing w:before="0"/>
        <w:rPr>
          <w:sz w:val="28"/>
          <w:lang w:val="ru-RU"/>
        </w:rPr>
      </w:pPr>
      <w:r w:rsidRPr="008A4D8A">
        <w:rPr>
          <w:sz w:val="28"/>
          <w:lang w:val="ru-RU"/>
        </w:rPr>
        <w:t>11. Срок действия и заключительные положения</w:t>
      </w:r>
    </w:p>
    <w:p w:rsidR="00103255" w:rsidRPr="008A4D8A" w:rsidRDefault="00BF740E" w:rsidP="008A4D8A">
      <w:pPr>
        <w:spacing w:after="0"/>
        <w:jc w:val="both"/>
        <w:rPr>
          <w:sz w:val="24"/>
          <w:szCs w:val="24"/>
          <w:lang w:val="ru-RU"/>
        </w:rPr>
      </w:pPr>
      <w:r w:rsidRPr="00F23F42">
        <w:rPr>
          <w:lang w:val="ru-RU"/>
        </w:rPr>
        <w:t xml:space="preserve">11.1. </w:t>
      </w:r>
      <w:r w:rsidRPr="008A4D8A">
        <w:rPr>
          <w:sz w:val="24"/>
          <w:szCs w:val="24"/>
          <w:lang w:val="ru-RU"/>
        </w:rPr>
        <w:t>Договор вступает в силу с момента его заключения и действует до полного исполнения обязательств либо до прекращения по основаниям, предусмотренным законодательством.</w:t>
      </w:r>
    </w:p>
    <w:p w:rsidR="00103255" w:rsidRPr="008A4D8A" w:rsidRDefault="00BF740E" w:rsidP="008A4D8A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11.2. Неотъемлемыми частями Договора являются: Приложение № 1 «Информированное добровольное согласие на медицинское вмешательство»; Приложение № 2 «Смета и План лечения (комплексный план лечения)»; Приложение № 3 «Акт оказанных платных медицинских услуг».</w:t>
      </w:r>
    </w:p>
    <w:p w:rsidR="00603E13" w:rsidRDefault="00BF740E" w:rsidP="00603E13">
      <w:pPr>
        <w:spacing w:after="0"/>
        <w:jc w:val="both"/>
        <w:rPr>
          <w:lang w:val="ru-RU"/>
        </w:rPr>
      </w:pPr>
      <w:r w:rsidRPr="008A4D8A">
        <w:rPr>
          <w:sz w:val="24"/>
          <w:szCs w:val="24"/>
          <w:lang w:val="ru-RU"/>
        </w:rPr>
        <w:t>11.3. Иные медицинские документы, предусмотренные законодательством, оформляются и хранятся в медицинской документации Потребителя и не требуют включения в настоящий Договор в качестве приложений, если иное прямо не предусмотрено законом.</w:t>
      </w:r>
      <w:r w:rsidR="00603E13" w:rsidRPr="00603E13">
        <w:rPr>
          <w:lang w:val="ru-RU"/>
        </w:rPr>
        <w:t xml:space="preserve"> </w:t>
      </w:r>
    </w:p>
    <w:p w:rsidR="00603E13" w:rsidRPr="00603E13" w:rsidRDefault="00603E13" w:rsidP="00603E13">
      <w:pPr>
        <w:spacing w:after="0"/>
        <w:jc w:val="both"/>
        <w:rPr>
          <w:sz w:val="24"/>
          <w:szCs w:val="24"/>
          <w:lang w:val="ru-RU"/>
        </w:rPr>
      </w:pPr>
      <w:r w:rsidRPr="00603E13">
        <w:rPr>
          <w:sz w:val="24"/>
          <w:szCs w:val="24"/>
          <w:lang w:val="ru-RU"/>
        </w:rPr>
        <w:t>11.4</w:t>
      </w:r>
      <w:r>
        <w:rPr>
          <w:lang w:val="ru-RU"/>
        </w:rPr>
        <w:t xml:space="preserve">. </w:t>
      </w:r>
      <w:r w:rsidRPr="00603E13">
        <w:rPr>
          <w:sz w:val="24"/>
          <w:szCs w:val="24"/>
          <w:lang w:val="ru-RU"/>
        </w:rPr>
        <w:t xml:space="preserve">Количество экземпляров Договора соответствует количеству его сторон. При дистанционном заключении применяются правила, установленные разделом </w:t>
      </w:r>
      <w:r w:rsidRPr="00603E13">
        <w:rPr>
          <w:sz w:val="24"/>
          <w:szCs w:val="24"/>
        </w:rPr>
        <w:t>VI</w:t>
      </w:r>
      <w:r w:rsidRPr="00603E13">
        <w:rPr>
          <w:sz w:val="24"/>
          <w:szCs w:val="24"/>
          <w:lang w:val="ru-RU"/>
        </w:rPr>
        <w:t xml:space="preserve"> Постановления Правительства РФ от 30.05.2026 № 659.</w:t>
      </w:r>
    </w:p>
    <w:p w:rsidR="008A4D8A" w:rsidRDefault="00BF740E" w:rsidP="00DE7AA1">
      <w:pPr>
        <w:spacing w:after="0"/>
        <w:jc w:val="both"/>
        <w:rPr>
          <w:sz w:val="24"/>
          <w:szCs w:val="24"/>
          <w:lang w:val="ru-RU"/>
        </w:rPr>
      </w:pPr>
      <w:r w:rsidRPr="008A4D8A">
        <w:rPr>
          <w:sz w:val="24"/>
          <w:szCs w:val="24"/>
          <w:lang w:val="ru-RU"/>
        </w:rPr>
        <w:t>11.</w:t>
      </w:r>
      <w:r w:rsidR="00603E13">
        <w:rPr>
          <w:sz w:val="24"/>
          <w:szCs w:val="24"/>
          <w:lang w:val="ru-RU"/>
        </w:rPr>
        <w:t>5</w:t>
      </w:r>
      <w:r w:rsidRPr="008A4D8A">
        <w:rPr>
          <w:sz w:val="24"/>
          <w:szCs w:val="24"/>
          <w:lang w:val="ru-RU"/>
        </w:rPr>
        <w:t>. Потребитель и/или Заказчик подтверждает получение информации, предусмотренной законодательством о платных медицинских услугах.</w:t>
      </w:r>
    </w:p>
    <w:p w:rsidR="00603E13" w:rsidRPr="00F23F42" w:rsidRDefault="00603E13" w:rsidP="00DE7AA1">
      <w:pPr>
        <w:spacing w:after="0"/>
        <w:jc w:val="both"/>
        <w:rPr>
          <w:lang w:val="ru-RU"/>
        </w:rPr>
      </w:pPr>
    </w:p>
    <w:p w:rsidR="00103255" w:rsidRPr="00DE7AA1" w:rsidRDefault="00BF740E" w:rsidP="00417E2D">
      <w:pPr>
        <w:pStyle w:val="1"/>
        <w:spacing w:before="0"/>
        <w:rPr>
          <w:sz w:val="28"/>
        </w:rPr>
      </w:pPr>
      <w:r w:rsidRPr="00DE7AA1">
        <w:rPr>
          <w:sz w:val="28"/>
        </w:rPr>
        <w:t>12. Реквизиты и подписи сторон</w:t>
      </w:r>
    </w:p>
    <w:tbl>
      <w:tblPr>
        <w:tblStyle w:val="aff0"/>
        <w:tblW w:w="0" w:type="auto"/>
        <w:jc w:val="center"/>
        <w:tblLook w:val="04A0"/>
      </w:tblPr>
      <w:tblGrid>
        <w:gridCol w:w="5185"/>
        <w:gridCol w:w="5185"/>
      </w:tblGrid>
      <w:tr w:rsidR="00103255">
        <w:trPr>
          <w:jc w:val="center"/>
        </w:trPr>
        <w:tc>
          <w:tcPr>
            <w:tcW w:w="5185" w:type="dxa"/>
          </w:tcPr>
          <w:p w:rsidR="00103255" w:rsidRDefault="00BF740E" w:rsidP="00417E2D">
            <w:pPr>
              <w:spacing w:after="0"/>
            </w:pPr>
            <w:r>
              <w:rPr>
                <w:sz w:val="18"/>
              </w:rPr>
              <w:t>ИСПОЛНИТЕЛЬ</w:t>
            </w:r>
          </w:p>
        </w:tc>
        <w:tc>
          <w:tcPr>
            <w:tcW w:w="5185" w:type="dxa"/>
          </w:tcPr>
          <w:p w:rsidR="00103255" w:rsidRDefault="00BF740E" w:rsidP="00417E2D">
            <w:pPr>
              <w:spacing w:after="0"/>
            </w:pPr>
            <w:r>
              <w:rPr>
                <w:sz w:val="18"/>
              </w:rPr>
              <w:t>ПОТРЕБИТЕЛЬ / ЗАКАЗЧИК</w:t>
            </w:r>
          </w:p>
        </w:tc>
      </w:tr>
      <w:tr w:rsidR="00103255" w:rsidRPr="00276CC3">
        <w:trPr>
          <w:jc w:val="center"/>
        </w:trPr>
        <w:tc>
          <w:tcPr>
            <w:tcW w:w="5185" w:type="dxa"/>
          </w:tcPr>
          <w:p w:rsidR="00276CC3" w:rsidRPr="00276CC3" w:rsidRDefault="00BF740E" w:rsidP="00417E2D">
            <w:pPr>
              <w:spacing w:after="0"/>
              <w:rPr>
                <w:color w:val="4F81BD" w:themeColor="accent1"/>
                <w:sz w:val="18"/>
                <w:lang w:val="ru-RU"/>
              </w:rPr>
            </w:pPr>
            <w:r w:rsidRPr="00F23F42">
              <w:rPr>
                <w:sz w:val="18"/>
                <w:lang w:val="ru-RU"/>
              </w:rPr>
              <w:t>ООО «СТОМАЛЮКС»</w:t>
            </w:r>
            <w:r w:rsidRPr="00F23F42">
              <w:rPr>
                <w:sz w:val="18"/>
                <w:lang w:val="ru-RU"/>
              </w:rPr>
              <w:br/>
              <w:t>ОГРН 1022401804523</w:t>
            </w:r>
            <w:r w:rsidRPr="00F23F42">
              <w:rPr>
                <w:sz w:val="18"/>
                <w:lang w:val="ru-RU"/>
              </w:rPr>
              <w:br/>
              <w:t>ИНН/КПП 2460031040/246001001</w:t>
            </w:r>
            <w:r w:rsidRPr="00F23F42">
              <w:rPr>
                <w:sz w:val="18"/>
                <w:lang w:val="ru-RU"/>
              </w:rPr>
              <w:br/>
              <w:t>660028, г. Красноярск, ул. Ладо Кецховели, д. 40, помещение 3</w:t>
            </w:r>
            <w:r w:rsidRPr="00F23F42">
              <w:rPr>
                <w:sz w:val="18"/>
                <w:lang w:val="ru-RU"/>
              </w:rPr>
              <w:br/>
              <w:t xml:space="preserve">Тел.: </w:t>
            </w:r>
            <w:r w:rsidR="007C411C" w:rsidRPr="007C411C">
              <w:rPr>
                <w:sz w:val="18"/>
                <w:lang w:val="ru-RU"/>
              </w:rPr>
              <w:t>8 (933) 324-84-88</w:t>
            </w:r>
            <w:r w:rsidRPr="00F23F42">
              <w:rPr>
                <w:sz w:val="18"/>
                <w:lang w:val="ru-RU"/>
              </w:rPr>
              <w:br/>
            </w:r>
            <w:r>
              <w:rPr>
                <w:sz w:val="18"/>
              </w:rPr>
              <w:t>E</w:t>
            </w:r>
            <w:r w:rsidRPr="00F23F42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mail</w:t>
            </w:r>
            <w:r w:rsidRPr="00F23F42">
              <w:rPr>
                <w:sz w:val="18"/>
                <w:lang w:val="ru-RU"/>
              </w:rPr>
              <w:t xml:space="preserve">: </w:t>
            </w:r>
            <w:hyperlink r:id="rId9" w:history="1">
              <w:r w:rsidR="001D2FF6" w:rsidRPr="00276CC3">
                <w:rPr>
                  <w:rStyle w:val="aff8"/>
                  <w:color w:val="4F81BD" w:themeColor="accent1"/>
                  <w:sz w:val="18"/>
                </w:rPr>
                <w:t>adm</w:t>
              </w:r>
              <w:r w:rsidR="001D2FF6" w:rsidRPr="00276CC3">
                <w:rPr>
                  <w:rStyle w:val="aff8"/>
                  <w:color w:val="4F81BD" w:themeColor="accent1"/>
                  <w:sz w:val="18"/>
                  <w:lang w:val="ru-RU"/>
                </w:rPr>
                <w:t>@</w:t>
              </w:r>
              <w:r w:rsidR="001D2FF6" w:rsidRPr="00276CC3">
                <w:rPr>
                  <w:rStyle w:val="aff8"/>
                  <w:color w:val="4F81BD" w:themeColor="accent1"/>
                  <w:sz w:val="18"/>
                </w:rPr>
                <w:t>stomalux</w:t>
              </w:r>
              <w:r w:rsidR="001D2FF6" w:rsidRPr="00276CC3">
                <w:rPr>
                  <w:rStyle w:val="aff8"/>
                  <w:color w:val="4F81BD" w:themeColor="accent1"/>
                  <w:sz w:val="18"/>
                  <w:lang w:val="ru-RU"/>
                </w:rPr>
                <w:t>.</w:t>
              </w:r>
              <w:r w:rsidR="001D2FF6" w:rsidRPr="00276CC3">
                <w:rPr>
                  <w:rStyle w:val="aff8"/>
                  <w:color w:val="4F81BD" w:themeColor="accent1"/>
                  <w:sz w:val="18"/>
                </w:rPr>
                <w:t>ru</w:t>
              </w:r>
            </w:hyperlink>
            <w:r w:rsidR="001D2FF6" w:rsidRPr="00276CC3">
              <w:rPr>
                <w:color w:val="4F81BD" w:themeColor="accent1"/>
                <w:sz w:val="18"/>
                <w:lang w:val="ru-RU"/>
              </w:rPr>
              <w:t>;</w:t>
            </w:r>
          </w:p>
          <w:p w:rsidR="00103255" w:rsidRPr="00DE7AA1" w:rsidRDefault="00276CC3" w:rsidP="00417E2D">
            <w:pPr>
              <w:spacing w:after="0"/>
              <w:rPr>
                <w:sz w:val="18"/>
                <w:lang w:val="ru-RU"/>
              </w:rPr>
            </w:pPr>
            <w:r w:rsidRPr="00276CC3">
              <w:rPr>
                <w:rFonts w:cs="Times New Roman"/>
                <w:color w:val="4F81BD" w:themeColor="accent1"/>
                <w:sz w:val="18"/>
                <w:szCs w:val="18"/>
                <w:u w:val="single"/>
                <w:lang w:val="ru-RU"/>
              </w:rPr>
              <w:t>stomalux4@yandex.ru</w:t>
            </w:r>
            <w:r w:rsidR="00BF740E" w:rsidRPr="00276CC3">
              <w:rPr>
                <w:color w:val="4F81BD" w:themeColor="accent1"/>
                <w:sz w:val="18"/>
                <w:lang w:val="ru-RU"/>
              </w:rPr>
              <w:br/>
            </w:r>
            <w:r w:rsidR="00BF740E" w:rsidRPr="00F23F42">
              <w:rPr>
                <w:sz w:val="18"/>
                <w:lang w:val="ru-RU"/>
              </w:rPr>
              <w:br/>
              <w:t>Директор _____________ / Худоногова В.В. /</w:t>
            </w:r>
          </w:p>
        </w:tc>
        <w:tc>
          <w:tcPr>
            <w:tcW w:w="5185" w:type="dxa"/>
          </w:tcPr>
          <w:p w:rsidR="00103255" w:rsidRPr="00F23F42" w:rsidRDefault="00BF740E" w:rsidP="00417E2D">
            <w:pPr>
              <w:spacing w:after="0"/>
              <w:rPr>
                <w:lang w:val="ru-RU"/>
              </w:rPr>
            </w:pPr>
            <w:r w:rsidRPr="00F23F42">
              <w:rPr>
                <w:sz w:val="18"/>
                <w:lang w:val="ru-RU"/>
              </w:rPr>
              <w:t>Ф.И.О.: __________________________________</w:t>
            </w:r>
            <w:r w:rsidRPr="00F23F42">
              <w:rPr>
                <w:sz w:val="18"/>
                <w:lang w:val="ru-RU"/>
              </w:rPr>
              <w:br/>
            </w:r>
            <w:r w:rsidRPr="00F23F42">
              <w:rPr>
                <w:sz w:val="18"/>
                <w:lang w:val="ru-RU"/>
              </w:rPr>
              <w:br/>
              <w:t>Подпись: _____________ /__________________/</w:t>
            </w:r>
            <w:r w:rsidRPr="00F23F42">
              <w:rPr>
                <w:sz w:val="18"/>
                <w:lang w:val="ru-RU"/>
              </w:rPr>
              <w:br/>
            </w:r>
            <w:r w:rsidRPr="00F23F42">
              <w:rPr>
                <w:sz w:val="18"/>
                <w:lang w:val="ru-RU"/>
              </w:rPr>
              <w:br/>
              <w:t>Дата: «___» __________ 20__ г.</w:t>
            </w:r>
          </w:p>
        </w:tc>
      </w:tr>
    </w:tbl>
    <w:p w:rsidR="00BF740E" w:rsidRPr="00F23F42" w:rsidRDefault="00BF740E" w:rsidP="00DE7AA1">
      <w:pPr>
        <w:spacing w:after="0"/>
        <w:rPr>
          <w:lang w:val="ru-RU"/>
        </w:rPr>
      </w:pPr>
    </w:p>
    <w:sectPr w:rsidR="00BF740E" w:rsidRPr="00F23F42" w:rsidSect="0096624A">
      <w:footerReference w:type="default" r:id="rId10"/>
      <w:pgSz w:w="12240" w:h="15840"/>
      <w:pgMar w:top="851" w:right="720" w:bottom="737" w:left="102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37B" w:rsidRDefault="009B337B" w:rsidP="007C411C">
      <w:pPr>
        <w:spacing w:after="0"/>
      </w:pPr>
      <w:r>
        <w:separator/>
      </w:r>
    </w:p>
  </w:endnote>
  <w:endnote w:type="continuationSeparator" w:id="0">
    <w:p w:rsidR="009B337B" w:rsidRDefault="009B337B" w:rsidP="007C411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1C" w:rsidRPr="009F1960" w:rsidRDefault="00416E0C">
    <w:pPr>
      <w:pStyle w:val="a7"/>
      <w:rPr>
        <w:lang w:val="ru-RU"/>
      </w:rPr>
    </w:pPr>
    <w:r w:rsidRPr="00416E0C">
      <w:rPr>
        <w:noProof/>
        <w:color w:val="808080" w:themeColor="background1" w:themeShade="80"/>
      </w:rPr>
      <w:pict>
        <v:group id="Группа 37" o:spid="_x0000_s4098" style="position:absolute;margin-left:844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">
          <v:rect id="Прямоугольник 38" o:spid="_x0000_s4100" style="position:absolute;left:190;width:59436;height:18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е поле 39" o:spid="_x0000_s4099" type="#_x0000_t202" style="position:absolute;top:666;width:59436;height:2572;visibility:visibl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<v:textbox inset=",,,0">
              <w:txbxContent>
                <w:sdt>
                  <w:sdtPr>
                    <w:rPr>
                      <w:color w:val="7F7F7F" w:themeColor="text1" w:themeTint="80"/>
                    </w:rPr>
                    <w:alias w:val="Дата"/>
                    <w:tag w:val=""/>
                    <w:id w:val="-1063724354"/>
                    <w:dataBinding w:prefixMappings="xmlns:ns0='http://schemas.microsoft.com/office/2006/coverPageProps' " w:xpath="/ns0:CoverPageProperties[1]/ns0:PublishDate[1]" w:storeItemID="{55AF091B-3C7A-41E3-B477-F2FDAA23CFDA}"/>
                    <w:date w:fullDate="2026-09-01T00:00:00Z">
                      <w:dateFormat w:val="d MMMM yyyy г."/>
                      <w:lid w:val="ru-RU"/>
                      <w:storeMappedDataAs w:val="dateTime"/>
                      <w:calendar w:val="gregorian"/>
                    </w:date>
                  </w:sdtPr>
                  <w:sdtContent>
                    <w:p w:rsidR="007C411C" w:rsidRDefault="009F196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  <w:lang w:val="ru-RU"/>
                        </w:rPr>
                        <w:t>1 сентября 2026 г.</w:t>
                      </w:r>
                    </w:p>
                  </w:sdtContent>
                </w:sdt>
                <w:p w:rsidR="007C411C" w:rsidRDefault="007C411C">
                  <w:pPr>
                    <w:jc w:val="right"/>
                    <w:rPr>
                      <w:color w:val="808080" w:themeColor="background1" w:themeShade="80"/>
                    </w:rPr>
                  </w:pPr>
                </w:p>
              </w:txbxContent>
            </v:textbox>
          </v:shape>
          <w10:wrap type="square" anchorx="margin" anchory="margin"/>
        </v:group>
      </w:pict>
    </w:r>
    <w:r w:rsidRPr="00416E0C">
      <w:rPr>
        <w:noProof/>
      </w:rPr>
      <w:pict>
        <v:rect id="Прямоугольник 40" o:spid="_x0000_s4097" style="position:absolute;margin-left:0;margin-top:0;width:36pt;height:25.2pt;z-index:251659264;visibility:visible;mso-top-percent:200;mso-wrap-distance-left:0;mso-wrap-distance-right:0;mso-position-horizontal:left;mso-position-horizontal-relative:right-margin-area;mso-position-vertical-relative:bottom-margin-area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XukW6cMCAACwBQAADgAAAAAAAAAAAAAAAAAuAgAAZHJzL2Uyb0RvYy54bWxQSwECLQAUAAYACAAA&#10;ACEACT23cNoAAAADAQAADwAAAAAAAAAAAAAAAAAdBQAAZHJzL2Rvd25yZXYueG1sUEsFBgAAAAAE&#10;AAQA8wAAACQGAAAAAA==&#10;" fillcolor="black [3213]" stroked="f" strokeweight="3pt">
          <v:textbox>
            <w:txbxContent>
              <w:p w:rsidR="007C411C" w:rsidRDefault="00416E0C">
                <w:pPr>
                  <w:jc w:val="right"/>
                  <w:rPr>
                    <w:color w:val="FFFFFF" w:themeColor="background1"/>
                    <w:sz w:val="28"/>
                    <w:szCs w:val="28"/>
                  </w:rPr>
                </w:pPr>
                <w:r>
                  <w:rPr>
                    <w:color w:val="FFFFFF" w:themeColor="background1"/>
                    <w:sz w:val="28"/>
                    <w:szCs w:val="28"/>
                  </w:rPr>
                  <w:fldChar w:fldCharType="begin"/>
                </w:r>
                <w:r w:rsidR="007C411C">
                  <w:rPr>
                    <w:color w:val="FFFFFF" w:themeColor="background1"/>
                    <w:sz w:val="28"/>
                    <w:szCs w:val="28"/>
                  </w:rPr>
                  <w:instrText>PAGE   \* MERGEFORMAT</w:instrText>
                </w:r>
                <w:r>
                  <w:rPr>
                    <w:color w:val="FFFFFF" w:themeColor="background1"/>
                    <w:sz w:val="28"/>
                    <w:szCs w:val="28"/>
                  </w:rPr>
                  <w:fldChar w:fldCharType="separate"/>
                </w:r>
                <w:r w:rsidR="00276CC3" w:rsidRPr="00276CC3">
                  <w:rPr>
                    <w:noProof/>
                    <w:color w:val="FFFFFF" w:themeColor="background1"/>
                    <w:sz w:val="28"/>
                    <w:szCs w:val="28"/>
                    <w:lang w:val="ru-RU"/>
                  </w:rPr>
                  <w:t>4</w:t>
                </w:r>
                <w:r>
                  <w:rPr>
                    <w:color w:val="FFFFFF" w:themeColor="background1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anchorx="margin" anchory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37B" w:rsidRDefault="009B337B" w:rsidP="007C411C">
      <w:pPr>
        <w:spacing w:after="0"/>
      </w:pPr>
      <w:r>
        <w:separator/>
      </w:r>
    </w:p>
  </w:footnote>
  <w:footnote w:type="continuationSeparator" w:id="0">
    <w:p w:rsidR="009B337B" w:rsidRDefault="009B337B" w:rsidP="007C411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F8E7B8E"/>
    <w:multiLevelType w:val="hybridMultilevel"/>
    <w:tmpl w:val="843C7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382137"/>
    <w:multiLevelType w:val="hybridMultilevel"/>
    <w:tmpl w:val="375E7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62DF"/>
    <w:rsid w:val="00034616"/>
    <w:rsid w:val="0006063C"/>
    <w:rsid w:val="00103255"/>
    <w:rsid w:val="0015074B"/>
    <w:rsid w:val="001D2FF6"/>
    <w:rsid w:val="001F4C80"/>
    <w:rsid w:val="002320EE"/>
    <w:rsid w:val="00276CC3"/>
    <w:rsid w:val="0029639D"/>
    <w:rsid w:val="00326F90"/>
    <w:rsid w:val="003F5651"/>
    <w:rsid w:val="00416E0C"/>
    <w:rsid w:val="00417E2D"/>
    <w:rsid w:val="004D09F7"/>
    <w:rsid w:val="0052026E"/>
    <w:rsid w:val="00603E13"/>
    <w:rsid w:val="006D505A"/>
    <w:rsid w:val="00744058"/>
    <w:rsid w:val="007C411C"/>
    <w:rsid w:val="007D5A54"/>
    <w:rsid w:val="008A4D8A"/>
    <w:rsid w:val="008F4457"/>
    <w:rsid w:val="00921633"/>
    <w:rsid w:val="00941F2A"/>
    <w:rsid w:val="0096624A"/>
    <w:rsid w:val="009B337B"/>
    <w:rsid w:val="009F1960"/>
    <w:rsid w:val="009F3D14"/>
    <w:rsid w:val="00AA1D8D"/>
    <w:rsid w:val="00B47730"/>
    <w:rsid w:val="00B8594D"/>
    <w:rsid w:val="00BF740E"/>
    <w:rsid w:val="00C55607"/>
    <w:rsid w:val="00CB0664"/>
    <w:rsid w:val="00CD1EB7"/>
    <w:rsid w:val="00DB5783"/>
    <w:rsid w:val="00DE7AA1"/>
    <w:rsid w:val="00EF12E4"/>
    <w:rsid w:val="00F23F42"/>
    <w:rsid w:val="00FC693F"/>
    <w:rsid w:val="00FF3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320EE"/>
    <w:pPr>
      <w:spacing w:after="60" w:line="240" w:lineRule="auto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1D2FF6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1D2FF6"/>
    <w:rPr>
      <w:color w:val="605E5C"/>
      <w:shd w:val="clear" w:color="auto" w:fill="E1DFDD"/>
    </w:rPr>
  </w:style>
  <w:style w:type="paragraph" w:styleId="aff9">
    <w:name w:val="Balloon Text"/>
    <w:basedOn w:val="a1"/>
    <w:link w:val="affa"/>
    <w:uiPriority w:val="99"/>
    <w:semiHidden/>
    <w:unhideWhenUsed/>
    <w:rsid w:val="00276CC3"/>
    <w:pPr>
      <w:spacing w:after="0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276C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adm@stomalu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6C87F5-BA73-4B25-AC0A-75DD38B3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1890</Words>
  <Characters>10775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12640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USER1</cp:lastModifiedBy>
  <cp:revision>8</cp:revision>
  <dcterms:created xsi:type="dcterms:W3CDTF">2026-08-27T07:53:00Z</dcterms:created>
  <dcterms:modified xsi:type="dcterms:W3CDTF">2026-09-04T04:16:00Z</dcterms:modified>
  <cp:category/>
</cp:coreProperties>
</file>